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MIETVERTRAG ZWISCHEN PARTNERN</w:t>
      </w:r>
    </w:p>
    <w:p/>
    <w:p>
      <w:r>
        <w:rPr>
          <w:b/>
          <w:sz w:val="24"/>
        </w:rPr>
        <w:t>VERTRAGSPARTNER</w:t>
      </w:r>
    </w:p>
    <w:p>
      <w:r>
        <w:rPr>
          <w:b/>
          <w:sz w:val="20"/>
        </w:rPr>
        <w:t>VERMIETER:</w:t>
      </w:r>
    </w:p>
    <w:p>
      <w:r>
        <w:rPr>
          <w:b w:val="0"/>
          <w:sz w:val="20"/>
        </w:rPr>
        <w:t>Name / Firma:</w:t>
      </w:r>
    </w:p>
    <w:p>
      <w:r>
        <w:rPr>
          <w:b w:val="0"/>
          <w:sz w:val="20"/>
        </w:rPr>
        <w:t>Anschrift:</w:t>
      </w:r>
    </w:p>
    <w:p>
      <w:r>
        <w:rPr>
          <w:b w:val="0"/>
          <w:sz w:val="20"/>
        </w:rPr>
        <w:t>Vertreter:</w:t>
      </w:r>
    </w:p>
    <w:p>
      <w:r>
        <w:rPr>
          <w:b w:val="0"/>
          <w:sz w:val="20"/>
        </w:rPr>
        <w:t>Telefon:</w:t>
      </w:r>
    </w:p>
    <w:p>
      <w:r>
        <w:rPr>
          <w:b w:val="0"/>
          <w:sz w:val="20"/>
        </w:rPr>
        <w:t>E-Mail:</w:t>
      </w:r>
    </w:p>
    <w:p/>
    <w:p>
      <w:r>
        <w:rPr>
          <w:b/>
          <w:sz w:val="20"/>
        </w:rPr>
        <w:t>MIETER:</w:t>
      </w:r>
    </w:p>
    <w:p>
      <w:r>
        <w:rPr>
          <w:b w:val="0"/>
          <w:sz w:val="20"/>
        </w:rPr>
        <w:t>Name / Firma:</w:t>
      </w:r>
    </w:p>
    <w:p>
      <w:r>
        <w:rPr>
          <w:b w:val="0"/>
          <w:sz w:val="20"/>
        </w:rPr>
        <w:t>Anschrift:</w:t>
      </w:r>
    </w:p>
    <w:p>
      <w:r>
        <w:rPr>
          <w:b w:val="0"/>
          <w:sz w:val="20"/>
        </w:rPr>
        <w:t>Vertreter:</w:t>
      </w:r>
    </w:p>
    <w:p>
      <w:r>
        <w:rPr>
          <w:b w:val="0"/>
          <w:sz w:val="20"/>
        </w:rPr>
        <w:t>Telefon:</w:t>
      </w:r>
    </w:p>
    <w:p>
      <w:r>
        <w:rPr>
          <w:b w:val="0"/>
          <w:sz w:val="20"/>
        </w:rPr>
        <w:t>E-Mail:</w:t>
      </w:r>
    </w:p>
    <w:p/>
    <w:p>
      <w:r>
        <w:rPr>
          <w:b/>
          <w:sz w:val="24"/>
        </w:rPr>
        <w:t>MIETOBJEKT</w:t>
      </w:r>
    </w:p>
    <w:p>
      <w:r>
        <w:rPr>
          <w:b w:val="0"/>
          <w:sz w:val="20"/>
        </w:rPr>
        <w:t>Adresse:</w:t>
      </w:r>
    </w:p>
    <w:p>
      <w:r>
        <w:rPr>
          <w:b w:val="0"/>
          <w:sz w:val="20"/>
        </w:rPr>
        <w:t>Beschreibung des Mietobjekts (z.B. Räume, Flächen, Ausstattung):</w:t>
      </w:r>
    </w:p>
    <w:p/>
    <w:p>
      <w:r>
        <w:rPr>
          <w:b/>
          <w:sz w:val="24"/>
        </w:rPr>
        <w:t>MIETZWECK</w:t>
      </w:r>
    </w:p>
    <w:p>
      <w:r>
        <w:rPr>
          <w:b w:val="0"/>
          <w:sz w:val="20"/>
        </w:rPr>
        <w:t>Das Mietobjekt wird ausschließlich zu folgendem Zweck genutzt:</w:t>
      </w:r>
    </w:p>
    <w:p/>
    <w:p>
      <w:r>
        <w:rPr>
          <w:b/>
          <w:sz w:val="24"/>
        </w:rPr>
        <w:t>MIETDAUER</w:t>
      </w:r>
    </w:p>
    <w:p>
      <w:r>
        <w:rPr>
          <w:b w:val="0"/>
          <w:sz w:val="20"/>
        </w:rPr>
        <w:t>Der Mietvertrag beginnt am __________ und läuft bis __________.</w:t>
      </w:r>
    </w:p>
    <w:p>
      <w:r>
        <w:rPr>
          <w:b w:val="0"/>
          <w:sz w:val="20"/>
        </w:rPr>
        <w:t>Eine Verlängerung bedarf der schriftlichen Vereinbarung.</w:t>
      </w:r>
    </w:p>
    <w:p/>
    <w:p>
      <w:r>
        <w:rPr>
          <w:b/>
          <w:sz w:val="24"/>
        </w:rPr>
        <w:t>MIETZINS</w:t>
      </w:r>
    </w:p>
    <w:p>
      <w:r>
        <w:rPr>
          <w:b w:val="0"/>
          <w:sz w:val="20"/>
        </w:rPr>
        <w:t>Die monatliche Miete beträgt EUR __________ (netto).</w:t>
      </w:r>
    </w:p>
    <w:p>
      <w:r>
        <w:rPr>
          <w:b w:val="0"/>
          <w:sz w:val="20"/>
        </w:rPr>
        <w:t>Nebenkosten und sonstige Betriebskosten werden wie folgt abgerechnet:</w:t>
      </w:r>
    </w:p>
    <w:p>
      <w:r>
        <w:rPr>
          <w:b w:val="0"/>
          <w:sz w:val="20"/>
        </w:rPr>
        <w:t>__________________________________________________________________________</w:t>
      </w:r>
    </w:p>
    <w:p/>
    <w:p>
      <w:r>
        <w:rPr>
          <w:b/>
          <w:sz w:val="24"/>
        </w:rPr>
        <w:t>ZAHLUNGSMODALITÄTEN</w:t>
      </w:r>
    </w:p>
    <w:p>
      <w:r>
        <w:rPr>
          <w:b w:val="0"/>
          <w:sz w:val="20"/>
        </w:rPr>
        <w:t>Die Miete ist monatlich im Voraus, spätestens bis zum dritten Werktag eines jeden Monats, auf folgendes Konto zu zahlen:</w:t>
      </w:r>
    </w:p>
    <w:p>
      <w:r>
        <w:rPr>
          <w:b w:val="0"/>
          <w:sz w:val="20"/>
        </w:rPr>
        <w:t>Kontoinhaber:</w:t>
      </w:r>
    </w:p>
    <w:p>
      <w:r>
        <w:rPr>
          <w:b w:val="0"/>
          <w:sz w:val="20"/>
        </w:rPr>
        <w:t>IBAN:</w:t>
      </w:r>
    </w:p>
    <w:p>
      <w:r>
        <w:rPr>
          <w:b w:val="0"/>
          <w:sz w:val="20"/>
        </w:rPr>
        <w:t>BIC:</w:t>
      </w:r>
    </w:p>
    <w:p/>
    <w:p>
      <w:r>
        <w:rPr>
          <w:b/>
          <w:sz w:val="24"/>
        </w:rPr>
        <w:t>KAUTION</w:t>
      </w:r>
    </w:p>
    <w:p>
      <w:r>
        <w:rPr>
          <w:b w:val="0"/>
          <w:sz w:val="20"/>
        </w:rPr>
        <w:t>Es wird eine Kaution in Höhe von EUR __________ vereinbart, zahlbar bis __________.</w:t>
      </w:r>
    </w:p>
    <w:p>
      <w:r>
        <w:rPr>
          <w:b w:val="0"/>
          <w:sz w:val="20"/>
        </w:rPr>
        <w:t>Die Kaution wird verzinst und nach Beendigung des Mietverhältnisses und Rückgabe des Mietobjekts zurückgezahlt.</w:t>
      </w:r>
    </w:p>
    <w:p/>
    <w:p>
      <w:r>
        <w:rPr>
          <w:b/>
          <w:sz w:val="24"/>
        </w:rPr>
        <w:t>GEBRAUCHS- UND INstandhaltungSPFLICHTEN</w:t>
      </w:r>
    </w:p>
    <w:p>
      <w:r>
        <w:rPr>
          <w:b w:val="0"/>
          <w:sz w:val="20"/>
        </w:rPr>
        <w:t>Der Mieter verpflichtet sich, das Mietobjekt sorgsam zu behandeln und nur zu dem vereinbarten Zweck zu nutzen.</w:t>
      </w:r>
    </w:p>
    <w:p>
      <w:r>
        <w:rPr>
          <w:b w:val="0"/>
          <w:sz w:val="20"/>
        </w:rPr>
        <w:t>Der Vermieter ist verantwortlich für die Instandhaltung und Reparaturen, die nicht durch den Mieter verursacht wurden.</w:t>
      </w:r>
    </w:p>
    <w:p>
      <w:r>
        <w:rPr>
          <w:b w:val="0"/>
          <w:sz w:val="20"/>
        </w:rPr>
        <w:t>Der Mieter meldet Schäden unverzüglich dem Vermieter.</w:t>
      </w:r>
    </w:p>
    <w:p/>
    <w:p>
      <w:r>
        <w:rPr>
          <w:b/>
          <w:sz w:val="24"/>
        </w:rPr>
        <w:t>UNTERVERMIETUNG</w:t>
      </w:r>
    </w:p>
    <w:p>
      <w:r>
        <w:rPr>
          <w:b w:val="0"/>
          <w:sz w:val="20"/>
        </w:rPr>
        <w:t>Die Untervermietung oder sonstige Gebrauchsüberlassung an Dritte bedarf der schriftlichen Zustimmung des Vermieters.</w:t>
      </w:r>
    </w:p>
    <w:p/>
    <w:p>
      <w:r>
        <w:rPr>
          <w:b/>
          <w:sz w:val="24"/>
        </w:rPr>
        <w:t>KÜNDIGUNG</w:t>
      </w:r>
    </w:p>
    <w:p>
      <w:r>
        <w:rPr>
          <w:b w:val="0"/>
          <w:sz w:val="20"/>
        </w:rPr>
        <w:t>Die Kündigungsfrist beträgt __________ Monate zum Monatsende.</w:t>
      </w:r>
    </w:p>
    <w:p>
      <w:r>
        <w:rPr>
          <w:b w:val="0"/>
          <w:sz w:val="20"/>
        </w:rPr>
        <w:t>Das Recht zur außerordentlichen Kündigung aus wichtigem Grund bleibt unberührt.</w:t>
      </w:r>
    </w:p>
    <w:p/>
    <w:p>
      <w:r>
        <w:rPr>
          <w:b/>
          <w:sz w:val="24"/>
        </w:rPr>
        <w:t>HAFTUNG UND VERSICHERUNG</w:t>
      </w:r>
    </w:p>
    <w:p>
      <w:r>
        <w:rPr>
          <w:b w:val="0"/>
          <w:sz w:val="20"/>
        </w:rPr>
        <w:t>Der Mieter haftet für alle Schäden, die durch ihn oder seine Erfüllungsgehilfen verursacht werden.</w:t>
      </w:r>
    </w:p>
    <w:p>
      <w:r>
        <w:rPr>
          <w:b w:val="0"/>
          <w:sz w:val="20"/>
        </w:rPr>
        <w:t>Der Mieter verpflichtet sich, eine Haftpflichtversicherung abzuschließen und auf Verlangen Nachweis zu erbringen.</w:t>
      </w:r>
    </w:p>
    <w:p/>
    <w:p>
      <w:r>
        <w:rPr>
          <w:b/>
          <w:sz w:val="24"/>
        </w:rPr>
        <w:t>SONSTIGE VEREINBARUNGEN</w:t>
      </w:r>
    </w:p>
    <w:p>
      <w:r>
        <w:rPr>
          <w:b w:val="0"/>
          <w:sz w:val="20"/>
        </w:rPr>
        <w:t>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</w:t>
      </w:r>
    </w:p>
    <w:p>
      <w:r>
        <w:rPr>
          <w:b w:val="0"/>
          <w:sz w:val="20"/>
        </w:rPr>
        <w:t>__________________________________________________________________________</w:t>
      </w:r>
    </w:p>
    <w:p/>
    <w:p>
      <w:r>
        <w:rPr>
          <w:b/>
          <w:sz w:val="24"/>
        </w:rPr>
        <w:t>SCHLUSSBESTIMMUNGEN</w:t>
      </w:r>
    </w:p>
    <w:p>
      <w:r>
        <w:rPr>
          <w:b w:val="0"/>
          <w:sz w:val="20"/>
        </w:rPr>
        <w:t>Änderungen und Ergänzungen dieses Vertrages bedürfen der Schriftform.</w:t>
      </w:r>
    </w:p>
    <w:p>
      <w:r>
        <w:rPr>
          <w:b w:val="0"/>
          <w:sz w:val="20"/>
        </w:rPr>
        <w:t>Sollten einzelne Bestimmungen dieses Vertrages unwirksam sein oder werden, so bleibt die Wirksamkeit der übrigen Bestimmungen unberührt.</w:t>
      </w:r>
    </w:p>
    <w:p>
      <w:r>
        <w:rPr>
          <w:b w:val="0"/>
          <w:sz w:val="20"/>
        </w:rPr>
        <w:t>Gerichtsstand ist der Sitz des Vermieters.</w:t>
      </w:r>
    </w:p>
    <w:p/>
    <w:p>
      <w:pPr>
        <w:jc w:val="center"/>
      </w:pPr>
      <w:r>
        <w:rPr>
          <w:b/>
          <w:sz w:val="20"/>
        </w:rPr>
        <w:t>VERMIETER</w:t>
      </w:r>
    </w:p>
    <w:p>
      <w:pPr>
        <w:jc w:val="center"/>
      </w:pPr>
      <w:r>
        <w:rPr>
          <w:b w:val="0"/>
          <w:sz w:val="20"/>
        </w:rPr>
        <w:t>_______________________________</w:t>
      </w:r>
    </w:p>
    <w:p/>
    <w:p/>
    <w:p>
      <w:pPr>
        <w:jc w:val="center"/>
      </w:pPr>
      <w:r>
        <w:rPr>
          <w:b/>
          <w:sz w:val="20"/>
        </w:rPr>
        <w:t>MIETER</w:t>
      </w:r>
    </w:p>
    <w:p>
      <w:pPr>
        <w:jc w:val="center"/>
      </w:pPr>
      <w:r>
        <w:rPr>
          <w:b w:val="0"/>
          <w:sz w:val="20"/>
        </w:rPr>
        <w:t>_______________________________</w:t>
      </w:r>
    </w:p>
    <w:p/>
    <w:p/>
    <w:p>
      <w:r>
        <w:br w:type="page"/>
      </w:r>
    </w:p>
    <w:p>
      <w:pPr>
        <w:jc w:val="center"/>
      </w:pPr>
      <w:r>
        <w:rPr>
          <w:color w:val="555555"/>
          <w:sz w:val="24"/>
        </w:rPr>
        <w:t>Originalquelle dieses Dokuments: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https://wohnen-experte.com/mietvertrag-zwischen-partnern/</w:t>
        </w:r>
      </w:hyperlink>
    </w:p>
    <w:p>
      <w:pPr>
        <w:jc w:val="center"/>
      </w:pPr>
      <w:r>
        <w:rPr>
          <w:color w:val="555555"/>
          <w:sz w:val="26"/>
        </w:rPr>
        <w:t>War diese Vorlage für Sie hilfreich?</w:t>
      </w:r>
    </w:p>
    <w:p>
      <w:pPr>
        <w:jc w:val="center"/>
      </w:pPr>
      <w:r>
        <w:rPr>
          <w:color w:val="555555"/>
          <w:sz w:val="26"/>
        </w:rPr>
        <w:t>Weitere aktuelle Vorlagen finden Sie unter: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https://wohnen-experte.com</w:t>
        </w:r>
      </w:hyperlink>
    </w:p>
    <w:p>
      <w:pPr>
        <w:jc w:val="center"/>
      </w:pPr>
      <w:r>
        <w:rPr>
          <w:color w:val="808080"/>
          <w:sz w:val="20"/>
        </w:rPr>
        <w:t>Diese Vorlage ist ausschließlich für den persönlichen, nicht kommerziellen Gebrauch bestimmt.</w:t>
        <w:br/>
        <w:t>Bei Weitergabe oder Veröffentlichung ist die Nennung der Quelle verpflichtend. © wohnen-experte.com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ohnen-experte.com/mietvertrag-zwischen-partnern/" TargetMode="External"/><Relationship Id="rId10" Type="http://schemas.openxmlformats.org/officeDocument/2006/relationships/hyperlink" Target="https://wohnen-exper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