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8"/>
        </w:rPr>
        <w:t>MIETVERTRAG</w:t>
      </w:r>
    </w:p>
    <w:p>
      <w:pPr>
        <w:jc w:val="center"/>
      </w:pPr>
      <w:r>
        <w:rPr>
          <w:b w:val="0"/>
          <w:sz w:val="20"/>
        </w:rPr>
        <w:t>zwischen</w:t>
      </w:r>
    </w:p>
    <w:p/>
    <w:p>
      <w:r>
        <w:rPr>
          <w:b/>
          <w:sz w:val="24"/>
        </w:rPr>
        <w:t>Vermieter (Eltern):</w:t>
      </w:r>
    </w:p>
    <w:p>
      <w:r>
        <w:rPr>
          <w:b w:val="0"/>
          <w:sz w:val="20"/>
        </w:rPr>
        <w:t xml:space="preserve">Name: </w:t>
      </w:r>
    </w:p>
    <w:p>
      <w:r>
        <w:rPr>
          <w:b w:val="0"/>
          <w:sz w:val="20"/>
        </w:rPr>
        <w:t xml:space="preserve">Anschrift: </w:t>
      </w:r>
    </w:p>
    <w:p>
      <w:r>
        <w:rPr>
          <w:b w:val="0"/>
          <w:sz w:val="20"/>
        </w:rPr>
        <w:t xml:space="preserve">Telefon: </w:t>
      </w:r>
    </w:p>
    <w:p>
      <w:r>
        <w:rPr>
          <w:b w:val="0"/>
          <w:sz w:val="20"/>
        </w:rPr>
        <w:t xml:space="preserve">E-Mail: </w:t>
      </w:r>
    </w:p>
    <w:p/>
    <w:p>
      <w:r>
        <w:rPr>
          <w:b/>
          <w:sz w:val="24"/>
        </w:rPr>
        <w:t>Mieter (Kind / Bewohner):</w:t>
      </w:r>
    </w:p>
    <w:p>
      <w:r>
        <w:rPr>
          <w:b w:val="0"/>
          <w:sz w:val="20"/>
        </w:rPr>
        <w:t xml:space="preserve">Name: </w:t>
      </w:r>
    </w:p>
    <w:p>
      <w:r>
        <w:rPr>
          <w:b w:val="0"/>
          <w:sz w:val="20"/>
        </w:rPr>
        <w:t xml:space="preserve">Anschrift: </w:t>
      </w:r>
    </w:p>
    <w:p>
      <w:r>
        <w:rPr>
          <w:b w:val="0"/>
          <w:sz w:val="20"/>
        </w:rPr>
        <w:t xml:space="preserve">Telefon: </w:t>
      </w:r>
    </w:p>
    <w:p>
      <w:r>
        <w:rPr>
          <w:b w:val="0"/>
          <w:sz w:val="20"/>
        </w:rPr>
        <w:t xml:space="preserve">E-Mail: </w:t>
      </w:r>
    </w:p>
    <w:p/>
    <w:p>
      <w:r>
        <w:rPr>
          <w:b/>
          <w:sz w:val="20"/>
        </w:rPr>
        <w:t>§1 Mietgegenstand</w:t>
      </w:r>
    </w:p>
    <w:p>
      <w:r>
        <w:rPr>
          <w:b w:val="0"/>
          <w:sz w:val="20"/>
        </w:rPr>
        <w:t>Der Vermieter vermietet an den Mieter die in folgendem Zustand befindliche Wohnung/Haus:</w:t>
      </w:r>
    </w:p>
    <w:p>
      <w:r>
        <w:rPr>
          <w:b w:val="0"/>
          <w:sz w:val="20"/>
        </w:rPr>
        <w:t>Adresse:</w:t>
      </w:r>
    </w:p>
    <w:p>
      <w:r>
        <w:rPr>
          <w:b w:val="0"/>
          <w:sz w:val="20"/>
        </w:rPr>
        <w:t>Wohnfläche:</w:t>
      </w:r>
    </w:p>
    <w:p>
      <w:r>
        <w:rPr>
          <w:b w:val="0"/>
          <w:sz w:val="20"/>
        </w:rPr>
        <w:t>Anzahl der Zimmer:</w:t>
      </w:r>
    </w:p>
    <w:p>
      <w:r>
        <w:rPr>
          <w:b w:val="0"/>
          <w:sz w:val="20"/>
        </w:rPr>
        <w:t>Sonstige Räume/Bereiche:</w:t>
      </w:r>
    </w:p>
    <w:p>
      <w:r>
        <w:rPr>
          <w:b w:val="0"/>
          <w:sz w:val="20"/>
        </w:rPr>
        <w:t>Möblierung (falls vorhanden):</w:t>
      </w:r>
    </w:p>
    <w:p/>
    <w:p>
      <w:r>
        <w:rPr>
          <w:b/>
          <w:sz w:val="20"/>
        </w:rPr>
        <w:t>§2 Mietdauer</w:t>
      </w:r>
    </w:p>
    <w:p>
      <w:r>
        <w:rPr>
          <w:b w:val="0"/>
          <w:sz w:val="20"/>
        </w:rPr>
        <w:t>Das Mietverhältnis beginnt am __________ und läuft unbefristet. Es kann von beiden Parteien mit einer Frist von drei Monaten zum Monatsende gekündigt werden.</w:t>
      </w:r>
    </w:p>
    <w:p/>
    <w:p>
      <w:r>
        <w:rPr>
          <w:b/>
          <w:sz w:val="20"/>
        </w:rPr>
        <w:t>§3 Mietzins</w:t>
      </w:r>
    </w:p>
    <w:p>
      <w:r>
        <w:rPr>
          <w:b w:val="0"/>
          <w:sz w:val="20"/>
        </w:rPr>
        <w:t>Die monatliche Miete beträgt __________ Euro und ist spätestens bis zum dritten Werktag eines jeden Monats auf folgendes Konto zu überweisen:</w:t>
      </w:r>
    </w:p>
    <w:p>
      <w:r>
        <w:rPr>
          <w:b w:val="0"/>
          <w:sz w:val="20"/>
        </w:rPr>
        <w:t>Kontoinhaber:</w:t>
      </w:r>
    </w:p>
    <w:p>
      <w:r>
        <w:rPr>
          <w:b w:val="0"/>
          <w:sz w:val="20"/>
        </w:rPr>
        <w:t>IBAN:</w:t>
      </w:r>
    </w:p>
    <w:p>
      <w:r>
        <w:rPr>
          <w:b w:val="0"/>
          <w:sz w:val="20"/>
        </w:rPr>
        <w:t>BIC:</w:t>
      </w:r>
    </w:p>
    <w:p>
      <w:r>
        <w:rPr>
          <w:b w:val="0"/>
          <w:sz w:val="20"/>
        </w:rPr>
        <w:t>Bank:</w:t>
      </w:r>
    </w:p>
    <w:p/>
    <w:p>
      <w:r>
        <w:rPr>
          <w:b/>
          <w:sz w:val="20"/>
        </w:rPr>
        <w:t>§4 Nebenkosten</w:t>
      </w:r>
    </w:p>
    <w:p>
      <w:r>
        <w:rPr>
          <w:b w:val="0"/>
          <w:sz w:val="20"/>
        </w:rPr>
        <w:t>Die Nebenkosten (z.B. Wasser, Strom, Heizung, Müllabfuhr) sind vom Mieter zu tragen und werden monatlich in Höhe von __________ Euro als Vorauszahlung geleistet. Eine jährliche Abrechnung erfolgt.</w:t>
      </w:r>
    </w:p>
    <w:p/>
    <w:p>
      <w:r>
        <w:rPr>
          <w:b/>
          <w:sz w:val="20"/>
        </w:rPr>
        <w:t>§5 Kaution</w:t>
      </w:r>
    </w:p>
    <w:p>
      <w:r>
        <w:rPr>
          <w:b w:val="0"/>
          <w:sz w:val="20"/>
        </w:rPr>
        <w:t>Der Mieter hinterlegt eine Kaution in Höhe von maximal drei Monatsmieten (ohne Nebenkosten), die bei Beendigung des Mietverhältnisses und ordnungsgemäßer Rückgabe der Mietsache zurückgezahlt wird.</w:t>
      </w:r>
    </w:p>
    <w:p/>
    <w:p>
      <w:r>
        <w:rPr>
          <w:b/>
          <w:sz w:val="20"/>
        </w:rPr>
        <w:t>§6 Gebrauch der Mietsache</w:t>
      </w:r>
    </w:p>
    <w:p>
      <w:r>
        <w:rPr>
          <w:b w:val="0"/>
          <w:sz w:val="20"/>
        </w:rPr>
        <w:t>Der Mieter verpflichtet sich, die Mietsache und das Gemeinschaftseigentum pfleglich und sorgsam zu behandeln.</w:t>
      </w:r>
    </w:p>
    <w:p>
      <w:r>
        <w:rPr>
          <w:b w:val="0"/>
          <w:sz w:val="20"/>
        </w:rPr>
        <w:t>Der Mieter ist verpflichtet, Schäden unverzüglich dem Vermieter zu melden.</w:t>
      </w:r>
    </w:p>
    <w:p>
      <w:r>
        <w:rPr>
          <w:b w:val="0"/>
          <w:sz w:val="20"/>
        </w:rPr>
        <w:t>Tierhaltung ist nur mit Zustimmung des Vermieters gestattet.</w:t>
      </w:r>
    </w:p>
    <w:p/>
    <w:p>
      <w:r>
        <w:rPr>
          <w:b/>
          <w:sz w:val="20"/>
        </w:rPr>
        <w:t>§7 Instandhaltung und Reparaturen</w:t>
      </w:r>
    </w:p>
    <w:p>
      <w:r>
        <w:rPr>
          <w:b w:val="0"/>
          <w:sz w:val="20"/>
        </w:rPr>
        <w:t>Der Vermieter sorgt für die Instandhaltung der Mietsache.</w:t>
      </w:r>
    </w:p>
    <w:p>
      <w:r>
        <w:rPr>
          <w:b w:val="0"/>
          <w:sz w:val="20"/>
        </w:rPr>
        <w:t>Kleinreparaturen bis zu einer Höhe von __________ Euro trägt der Mieter selbst.</w:t>
      </w:r>
    </w:p>
    <w:p/>
    <w:p>
      <w:r>
        <w:rPr>
          <w:b/>
          <w:sz w:val="20"/>
        </w:rPr>
        <w:t>§8 Untervermietung</w:t>
      </w:r>
    </w:p>
    <w:p>
      <w:r>
        <w:rPr>
          <w:b w:val="0"/>
          <w:sz w:val="20"/>
        </w:rPr>
        <w:t>Eine Untervermietung oder Überlassung an Dritte ist nur mit vorheriger schriftlicher Zustimmung des Vermieters erlaubt.</w:t>
      </w:r>
    </w:p>
    <w:p/>
    <w:p>
      <w:r>
        <w:rPr>
          <w:b/>
          <w:sz w:val="20"/>
        </w:rPr>
        <w:t>§9 Beendigung des Mietverhältnisses</w:t>
      </w:r>
    </w:p>
    <w:p>
      <w:r>
        <w:rPr>
          <w:b w:val="0"/>
          <w:sz w:val="20"/>
        </w:rPr>
        <w:t>Bei Beendigung des Mietverhältnisses ist die Mietsache ordnungsgemäß und besenrein zurückzugeben.</w:t>
      </w:r>
    </w:p>
    <w:p>
      <w:r>
        <w:rPr>
          <w:b w:val="0"/>
          <w:sz w:val="20"/>
        </w:rPr>
        <w:t>Es sind keine Schäden zu hinterlassen, die über die normale Abnutzung hinausgehen.</w:t>
      </w:r>
    </w:p>
    <w:p/>
    <w:p>
      <w:r>
        <w:rPr>
          <w:b/>
          <w:sz w:val="20"/>
        </w:rPr>
        <w:t>§10 Sonstige Vereinbarungen</w:t>
      </w:r>
    </w:p>
    <w:p>
      <w:r>
        <w:rPr>
          <w:b w:val="0"/>
          <w:sz w:val="20"/>
        </w:rPr>
        <w:t>___________________________________________________________________________________________</w:t>
      </w:r>
    </w:p>
    <w:p>
      <w:r>
        <w:rPr>
          <w:b w:val="0"/>
          <w:sz w:val="20"/>
        </w:rPr>
        <w:t>___________________________________________________________________________________________</w:t>
      </w:r>
    </w:p>
    <w:p>
      <w:r>
        <w:rPr>
          <w:b w:val="0"/>
          <w:sz w:val="20"/>
        </w:rPr>
        <w:t>___________________________________________________________________________________________</w:t>
      </w:r>
    </w:p>
    <w:p/>
    <w:p>
      <w:r>
        <w:rPr>
          <w:b/>
          <w:sz w:val="20"/>
        </w:rPr>
        <w:t>§11 Salvatorische Klausel</w:t>
      </w:r>
    </w:p>
    <w:p>
      <w:r>
        <w:rPr>
          <w:b w:val="0"/>
          <w:sz w:val="20"/>
        </w:rPr>
        <w:t>Sollten einzelne Bestimmungen dieses Vertrages unwirksam sein oder werden, so wird dadurch die Gültigkeit der übrigen Bestimmungen nicht berührt. Die unwirksame Regelung ist durch eine solche zu ersetzen, die dem Wirtschaftszweck am nächsten kommt.</w:t>
      </w:r>
    </w:p>
    <w:p/>
    <w:p>
      <w:r>
        <w:rPr>
          <w:b/>
          <w:sz w:val="20"/>
        </w:rPr>
        <w:t>§12 Gerichtsstand</w:t>
      </w:r>
    </w:p>
    <w:p>
      <w:r>
        <w:rPr>
          <w:b w:val="0"/>
          <w:sz w:val="20"/>
        </w:rPr>
        <w:t>Gerichtsstand ist der Wohnort des Vermieters, sofern gesetzlich zulässig.</w:t>
      </w:r>
    </w:p>
    <w:p/>
    <w:p/>
    <w:tbl>
      <w:tblPr>
        <w:tblW w:type="auto" w:w="0"/>
        <w:tblLayout w:type="fixed"/>
        <w:tblLook w:firstColumn="1" w:firstRow="1" w:lastColumn="0" w:lastRow="0" w:noHBand="0" w:noVBand="1" w:val="04A0"/>
      </w:tblPr>
      <w:tblGrid>
        <w:gridCol w:w="4986"/>
        <w:gridCol w:w="4986"/>
      </w:tblGrid>
      <w:tr>
        <w:tc>
          <w:tcPr>
            <w:tcW w:type="dxa" w:w="4986"/>
          </w:tcPr>
          <w:p>
            <w:pPr>
              <w:jc w:val="center"/>
            </w:pPr>
            <w:r>
              <w:rPr>
                <w:b/>
              </w:rPr>
              <w:t>Vermieter (Eltern)</w:t>
            </w:r>
          </w:p>
        </w:tc>
        <w:tc>
          <w:tcPr>
            <w:tcW w:type="dxa" w:w="4986"/>
          </w:tcPr>
          <w:p>
            <w:pPr>
              <w:jc w:val="center"/>
            </w:pPr>
            <w:r>
              <w:rPr>
                <w:b/>
              </w:rPr>
              <w:t>Mieter (Kind / Bewohner)</w:t>
            </w:r>
          </w:p>
        </w:tc>
      </w:tr>
    </w:tbl>
    <w:p/>
    <w:p/>
    <w:p/>
    <w:p/>
    <w:tbl>
      <w:tblPr>
        <w:tblW w:type="auto" w:w="0"/>
        <w:tblLayout w:type="fixed"/>
        <w:tblLook w:firstColumn="1" w:firstRow="1" w:lastColumn="0" w:lastRow="0" w:noHBand="0" w:noVBand="1" w:val="04A0"/>
      </w:tblPr>
      <w:tblGrid>
        <w:gridCol w:w="4986"/>
        <w:gridCol w:w="4986"/>
      </w:tblGrid>
      <w:tr>
        <w:tc>
          <w:tcPr>
            <w:tcW w:type="dxa" w:w="4986"/>
          </w:tcPr>
          <w:p>
            <w:pPr>
              <w:jc w:val="center"/>
            </w:pPr>
            <w:r>
              <w:t>Unterschrift: _________________________</w:t>
            </w:r>
          </w:p>
        </w:tc>
        <w:tc>
          <w:tcPr>
            <w:tcW w:type="dxa" w:w="4986"/>
          </w:tcPr>
          <w:p>
            <w:pPr>
              <w:jc w:val="center"/>
            </w:pPr>
            <w:r>
              <w:t>Unterschrift: _________________________</w:t>
            </w:r>
          </w:p>
        </w:tc>
      </w:tr>
    </w:tbl>
    <w:p>
      <w:r>
        <w:br w:type="page"/>
      </w:r>
    </w:p>
    <w:p>
      <w:pPr>
        <w:jc w:val="center"/>
      </w:pPr>
      <w:r>
        <w:rPr>
          <w:color w:val="555555"/>
          <w:sz w:val="24"/>
        </w:rPr>
        <w:t>Originalquelle dieses Dokuments:</w:t>
      </w:r>
    </w:p>
    <w:p>
      <w:pPr>
        <w:jc w:val="center"/>
      </w:pPr>
      <w:hyperlink r:id="rId9">
        <w:r>
          <w:rPr>
            <w:color w:val="0000FF"/>
            <w:u w:val="single"/>
          </w:rPr>
          <w:t>https://wohnen-experte.com/mietvertrag-mit-eltern-hartz-4/</w:t>
        </w:r>
      </w:hyperlink>
    </w:p>
    <w:p>
      <w:pPr>
        <w:jc w:val="center"/>
      </w:pPr>
      <w:r>
        <w:rPr>
          <w:color w:val="555555"/>
          <w:sz w:val="26"/>
        </w:rPr>
        <w:t>War diese Vorlage für Sie hilfreich?</w:t>
      </w:r>
    </w:p>
    <w:p>
      <w:pPr>
        <w:jc w:val="center"/>
      </w:pPr>
      <w:r>
        <w:rPr>
          <w:color w:val="555555"/>
          <w:sz w:val="26"/>
        </w:rPr>
        <w:t>Weitere aktuelle Vorlagen finden Sie unter:</w:t>
      </w:r>
    </w:p>
    <w:p>
      <w:pPr>
        <w:jc w:val="center"/>
      </w:pPr>
      <w:hyperlink r:id="rId10">
        <w:r>
          <w:rPr>
            <w:color w:val="0000FF"/>
            <w:u w:val="single"/>
          </w:rPr>
          <w:t>https://wohnen-experte.com</w:t>
        </w:r>
      </w:hyperlink>
    </w:p>
    <w:p>
      <w:pPr>
        <w:jc w:val="center"/>
      </w:pPr>
      <w:r>
        <w:rPr>
          <w:color w:val="808080"/>
          <w:sz w:val="20"/>
        </w:rPr>
        <w:t>Diese Vorlage ist ausschließlich für den persönlichen, nicht kommerziellen Gebrauch bestimmt.</w:t>
        <w:br/>
        <w:t>Bei Weitergabe oder Veröffentlichung ist die Nennung der Quelle verpflichtend. © wohnen-experte.com</w:t>
      </w:r>
    </w:p>
    <w:sectPr w:rsidR="00FC693F" w:rsidRPr="0006063C"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ohnen-experte.com/mietvertrag-mit-eltern-hartz-4/" TargetMode="External"/><Relationship Id="rId10" Type="http://schemas.openxmlformats.org/officeDocument/2006/relationships/hyperlink" Target="https://wohnen-exper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